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JhengHei" w:hAnsi="Microsoft JhengHei" w:eastAsia="Microsoft JhengHei"/>
          <w:b/>
          <w:color w:val="1F3A5F"/>
          <w:sz w:val="40"/>
        </w:rPr>
        <w:t>DSE 數學（必修部分）</w:t>
        <w:br/>
        <w:t>三角形四心：形心、垂心、外心、內心</w:t>
      </w:r>
    </w:p>
    <w:p>
      <w:pPr>
        <w:spacing w:after="80"/>
        <w:jc w:val="center"/>
      </w:pPr>
      <w:r>
        <w:rPr>
          <w:rFonts w:ascii="Microsoft JhengHei" w:hAnsi="Microsoft JhengHei" w:eastAsia="Microsoft JhengHei"/>
          <w:b w:val="0"/>
          <w:sz w:val="22"/>
        </w:rPr>
        <w:t>溫習筆記 ｜ 定義 · 性質 · 坐標求法 · 歷屆試題題型 · 常見錯誤</w:t>
      </w:r>
    </w:p>
    <w:p>
      <w:pPr>
        <w:spacing w:after="200"/>
        <w:jc w:val="center"/>
      </w:pPr>
      <w:r>
        <w:rPr>
          <w:rFonts w:ascii="Microsoft JhengHei" w:hAnsi="Microsoft JhengHei" w:eastAsia="Microsoft JhengHei"/>
          <w:b w:val="0"/>
          <w:sz w:val="18"/>
        </w:rPr>
        <w:t>整理自 2012 – 2025 年 DSE 數學（必修部分）歷屆試卷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8F0FE"/>
          </w:tcPr>
          <w:p>
            <w:r/>
            <w:r>
              <w:rPr>
                <w:rFonts w:ascii="Microsoft JhengHei" w:hAnsi="Microsoft JhengHei" w:eastAsia="Microsoft JhengHei"/>
                <w:b/>
                <w:sz w:val="21"/>
              </w:rPr>
              <w:t>一分鐘速記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/>
                <w:b/>
                <w:sz w:val="20"/>
              </w:rPr>
              <w:t>形心 G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（centroid）＝三條</w:t>
            </w:r>
            <w:r>
              <w:rPr>
                <w:rFonts w:ascii="Microsoft JhengHei" w:hAnsi="Microsoft JhengHei" w:eastAsia="Microsoft JhengHei"/>
                <w:b/>
                <w:sz w:val="20"/>
              </w:rPr>
              <w:t>中線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交點　→　坐標 = 三頂點坐標的平均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/>
                <w:b/>
                <w:sz w:val="20"/>
              </w:rPr>
              <w:t>垂心 H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（orthocentre）＝三條</w:t>
            </w:r>
            <w:r>
              <w:rPr>
                <w:rFonts w:ascii="Microsoft JhengHei" w:hAnsi="Microsoft JhengHei" w:eastAsia="Microsoft JhengHei"/>
                <w:b/>
                <w:sz w:val="20"/>
              </w:rPr>
              <w:t>高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交點　→　兩條高聯立（斜率相乘 = −1）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/>
                <w:b/>
                <w:sz w:val="20"/>
              </w:rPr>
              <w:t>外心 O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（circumcentre）＝三條</w:t>
            </w:r>
            <w:r>
              <w:rPr>
                <w:rFonts w:ascii="Microsoft JhengHei" w:hAnsi="Microsoft JhengHei" w:eastAsia="Microsoft JhengHei"/>
                <w:b/>
                <w:sz w:val="20"/>
              </w:rPr>
              <w:t>垂直平分線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交點　→　到三個</w:t>
            </w:r>
            <w:r>
              <w:rPr>
                <w:rFonts w:ascii="Microsoft JhengHei" w:hAnsi="Microsoft JhengHei" w:eastAsia="Microsoft JhengHei"/>
                <w:b/>
                <w:sz w:val="20"/>
              </w:rPr>
              <w:t>頂點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等距（外接圓圓心）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/>
                <w:b/>
                <w:sz w:val="20"/>
              </w:rPr>
              <w:t>內心 I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（in-centre）＝三條</w:t>
            </w:r>
            <w:r>
              <w:rPr>
                <w:rFonts w:ascii="Microsoft JhengHei" w:hAnsi="Microsoft JhengHei" w:eastAsia="Microsoft JhengHei"/>
                <w:b/>
                <w:sz w:val="20"/>
              </w:rPr>
              <w:t>角平分線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交點　→　到三條</w:t>
            </w:r>
            <w:r>
              <w:rPr>
                <w:rFonts w:ascii="Microsoft JhengHei" w:hAnsi="Microsoft JhengHei" w:eastAsia="Microsoft JhengHei"/>
                <w:b/>
                <w:sz w:val="20"/>
              </w:rPr>
              <w:t>邊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等距（內切圓圓心）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/>
                <w:b w:val="0"/>
                <w:sz w:val="20"/>
              </w:rPr>
              <w:t>口訣：「中線形心、高垂心、垂直平分外心、角平分內心」；「外心頂點等距、內心三邊等距」。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Microsoft JhengHei" w:hAnsi="Microsoft JhengHei" w:eastAsia="Microsoft JhengHei"/>
        </w:rPr>
        <w:t>1. 課程範圍（考甚麼、考多深）</w:t>
      </w:r>
    </w:p>
    <w:p>
      <w:pPr>
        <w:spacing w:after="80"/>
      </w:pPr>
      <w:r>
        <w:rPr>
          <w:rFonts w:ascii="Microsoft JhengHei" w:hAnsi="Microsoft JhengHei" w:eastAsia="Microsoft JhengHei"/>
          <w:b w:val="0"/>
        </w:rPr>
        <w:t>根據教育局《數學課程補充說明》（必修部分）第 11 學習單位「圓的基本性質」的說明，老師應在此單位討論</w:t>
      </w:r>
      <w:r>
        <w:rPr>
          <w:rFonts w:ascii="Microsoft JhengHei" w:hAnsi="Microsoft JhengHei" w:eastAsia="Microsoft JhengHei"/>
          <w:b/>
        </w:rPr>
        <w:t>切線、內切圓及外接圓</w:t>
      </w:r>
      <w:r>
        <w:rPr>
          <w:rFonts w:ascii="Microsoft JhengHei" w:hAnsi="Microsoft JhengHei" w:eastAsia="Microsoft JhengHei"/>
          <w:b w:val="0"/>
        </w:rPr>
        <w:t>的概念，以銜接初中（第三學習階段）第 24 學習單位「</w:t>
      </w:r>
      <w:r>
        <w:rPr>
          <w:rFonts w:ascii="Microsoft JhengHei" w:hAnsi="Microsoft JhengHei" w:eastAsia="Microsoft JhengHei"/>
          <w:b/>
        </w:rPr>
        <w:t>三角形的各心</w:t>
      </w:r>
      <w:r>
        <w:rPr>
          <w:rFonts w:ascii="Microsoft JhengHei" w:hAnsi="Microsoft JhengHei" w:eastAsia="Microsoft JhengHei"/>
          <w:b w:val="0"/>
        </w:rPr>
        <w:t>」。換言之：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四心的</w:t>
      </w:r>
      <w:r>
        <w:rPr>
          <w:rFonts w:ascii="Microsoft JhengHei" w:hAnsi="Microsoft JhengHei" w:eastAsia="Microsoft JhengHei"/>
          <w:b/>
        </w:rPr>
        <w:t>定義及基本性質</w:t>
      </w:r>
      <w:r>
        <w:rPr>
          <w:rFonts w:ascii="Microsoft JhengHei" w:hAnsi="Microsoft JhengHei" w:eastAsia="Microsoft JhengHei"/>
          <w:b w:val="0"/>
        </w:rPr>
        <w:t>在中三已學，DSE 視為已有知識，可直接在試題中使用（例如題目直接寫「Denote the in-centre of △OPQ by I」）。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高中把四心與以下單位結合出題：</w:t>
      </w:r>
      <w:r>
        <w:rPr>
          <w:rFonts w:ascii="Microsoft JhengHei" w:hAnsi="Microsoft JhengHei" w:eastAsia="Microsoft JhengHei"/>
          <w:b/>
        </w:rPr>
        <w:t>直線的方程</w:t>
      </w:r>
      <w:r>
        <w:rPr>
          <w:rFonts w:ascii="Microsoft JhengHei" w:hAnsi="Microsoft JhengHei" w:eastAsia="Microsoft JhengHei"/>
          <w:b w:val="0"/>
        </w:rPr>
        <w:t>（第 10 單位：斜率、垂直、交點）、</w:t>
      </w:r>
      <w:r>
        <w:rPr>
          <w:rFonts w:ascii="Microsoft JhengHei" w:hAnsi="Microsoft JhengHei" w:eastAsia="Microsoft JhengHei"/>
          <w:b/>
        </w:rPr>
        <w:t>軌跡</w:t>
      </w:r>
      <w:r>
        <w:rPr>
          <w:rFonts w:ascii="Microsoft JhengHei" w:hAnsi="Microsoft JhengHei" w:eastAsia="Microsoft JhengHei"/>
          <w:b w:val="0"/>
        </w:rPr>
        <w:t>（第 12 單位：到兩點等距 → 垂直平分線；到兩條相交直線等距 → 角平分線）、</w:t>
      </w:r>
      <w:r>
        <w:rPr>
          <w:rFonts w:ascii="Microsoft JhengHei" w:hAnsi="Microsoft JhengHei" w:eastAsia="Microsoft JhengHei"/>
          <w:b/>
        </w:rPr>
        <w:t>圓的方程</w:t>
      </w:r>
      <w:r>
        <w:rPr>
          <w:rFonts w:ascii="Microsoft JhengHei" w:hAnsi="Microsoft JhengHei" w:eastAsia="Microsoft JhengHei"/>
          <w:b w:val="0"/>
        </w:rPr>
        <w:t>（第 13 單位：過三點的圓、切線）、以及</w:t>
      </w:r>
      <w:r>
        <w:rPr>
          <w:rFonts w:ascii="Microsoft JhengHei" w:hAnsi="Microsoft JhengHei" w:eastAsia="Microsoft JhengHei"/>
          <w:b/>
        </w:rPr>
        <w:t>圓的基本性質</w:t>
      </w:r>
      <w:r>
        <w:rPr>
          <w:rFonts w:ascii="Microsoft JhengHei" w:hAnsi="Microsoft JhengHei" w:eastAsia="Microsoft JhengHei"/>
          <w:b w:val="0"/>
        </w:rPr>
        <w:t>（第 11 單位：切線性質、圓心角、交錯弓形的角）。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考核深度：卷二多項選擇題要求</w:t>
      </w:r>
      <w:r>
        <w:rPr>
          <w:rFonts w:ascii="Microsoft JhengHei" w:hAnsi="Microsoft JhengHei" w:eastAsia="Microsoft JhengHei"/>
          <w:b/>
        </w:rPr>
        <w:t>快速計算坐標</w:t>
      </w:r>
      <w:r>
        <w:rPr>
          <w:rFonts w:ascii="Microsoft JhengHei" w:hAnsi="Microsoft JhengHei" w:eastAsia="Microsoft JhengHei"/>
          <w:b w:val="0"/>
        </w:rPr>
        <w:t>或</w:t>
      </w:r>
      <w:r>
        <w:rPr>
          <w:rFonts w:ascii="Microsoft JhengHei" w:hAnsi="Microsoft JhengHei" w:eastAsia="Microsoft JhengHei"/>
          <w:b/>
        </w:rPr>
        <w:t>判斷位置</w:t>
      </w:r>
      <w:r>
        <w:rPr>
          <w:rFonts w:ascii="Microsoft JhengHei" w:hAnsi="Microsoft JhengHei" w:eastAsia="Microsoft JhengHei"/>
          <w:b w:val="0"/>
        </w:rPr>
        <w:t>；卷一長題則要求</w:t>
      </w:r>
      <w:r>
        <w:rPr>
          <w:rFonts w:ascii="Microsoft JhengHei" w:hAnsi="Microsoft JhengHei" w:eastAsia="Microsoft JhengHei"/>
          <w:b/>
        </w:rPr>
        <w:t>說明理由</w:t>
      </w:r>
      <w:r>
        <w:rPr>
          <w:rFonts w:ascii="Microsoft JhengHei" w:hAnsi="Microsoft JhengHei" w:eastAsia="Microsoft JhengHei"/>
          <w:b w:val="0"/>
        </w:rPr>
        <w:t>（如「證明 OP = PQ」、「O、G、Q 是否共線？解釋」）。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/>
        </w:rPr>
        <w:t>不需</w:t>
      </w:r>
      <w:r>
        <w:rPr>
          <w:rFonts w:ascii="Microsoft JhengHei" w:hAnsi="Microsoft JhengHei" w:eastAsia="Microsoft JhengHei"/>
          <w:b w:val="0"/>
        </w:rPr>
        <w:t>背誦：一般三角形的垂心/外心坐標公式、歐拉線等（筆記中標示為「延伸」的內容僅供檢查答案，不宜在卷一作為唯一理據）。</w:t>
      </w:r>
    </w:p>
    <w:p>
      <w:pPr>
        <w:spacing w:after="80"/>
      </w:pPr>
      <w:r>
        <w:rPr>
          <w:rFonts w:ascii="Microsoft JhengHei" w:hAnsi="Microsoft JhengHei" w:eastAsia="Microsoft JhengHei"/>
          <w:b w:val="0"/>
          <w:sz w:val="18"/>
        </w:rPr>
        <w:t>資料來源：教育局 Explanatory Notes to Senior Secondary Mathematics Curriculum（Compulsory Part）第 23 頁；教育局《數學課程及評估指引（中四至中六）》2017 年更新版第 10–13 學習單位。</w:t>
      </w:r>
    </w:p>
    <w:p>
      <w:pPr>
        <w:pStyle w:val="Heading2"/>
      </w:pPr>
      <w:r>
        <w:rPr>
          <w:rFonts w:ascii="Microsoft JhengHei" w:hAnsi="Microsoft JhengHei" w:eastAsia="Microsoft JhengHei"/>
        </w:rPr>
        <w:t>出題頻率（按 2012–2025 歷屆試卷整理）</w:t>
      </w:r>
    </w:p>
    <w:p>
      <w:pPr>
        <w:spacing w:after="80"/>
      </w:pPr>
      <w:r>
        <w:rPr>
          <w:rFonts w:ascii="Microsoft JhengHei" w:hAnsi="Microsoft JhengHei" w:eastAsia="Microsoft JhengHei"/>
          <w:b w:val="0"/>
        </w:rPr>
        <w:t>四心自 2013 年起幾乎</w:t>
      </w:r>
      <w:r>
        <w:rPr>
          <w:rFonts w:ascii="Microsoft JhengHei" w:hAnsi="Microsoft JhengHei" w:eastAsia="Microsoft JhengHei"/>
          <w:b/>
        </w:rPr>
        <w:t>每年</w:t>
      </w:r>
      <w:r>
        <w:rPr>
          <w:rFonts w:ascii="Microsoft JhengHei" w:hAnsi="Microsoft JhengHei" w:eastAsia="Microsoft JhengHei"/>
          <w:b w:val="0"/>
        </w:rPr>
        <w:t>都在卷二乙部出現一題（大多是第 40 – 41 題），2015 年起卷一最後兩三題（坐標幾何長題）亦經常出現。完整題目清單見第 6 節。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134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9"/>
              </w:rPr>
              <w:t>年份</w:t>
            </w:r>
          </w:p>
        </w:tc>
        <w:tc>
          <w:tcPr>
            <w:tcW w:type="dxa" w:w="4535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9"/>
              </w:rPr>
              <w:t>卷一（長題）</w:t>
            </w:r>
          </w:p>
        </w:tc>
        <w:tc>
          <w:tcPr>
            <w:tcW w:type="dxa" w:w="3969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9"/>
              </w:rPr>
              <w:t>卷二（MC）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2012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—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—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2013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—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Q43 外心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2014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—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Q41 內心（圓幾何）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2015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Q18(c) 外心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Q42 垂心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2016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Q20 內心 + 外心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—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2017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—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Q41 內心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2018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Q18(b)(iii) 外心；Q19(b)(ii) 內切圓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Q40 垂心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2019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Q17 內切圓 / 角平分線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Q41 直角三角形四心位置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2020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Q17(b) 外心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Q40 內心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2021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Q19(c) 內切圓（內心）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Q41 垂心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2022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Q19(c)(d) 內切圓 + 外接圓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Q41 外心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2023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Q19 外心 + 垂心 + 內心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Q41 內心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2024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Q17(b)(ii) 外接圓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Q41 四心綜合判斷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2025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Q18(b) 垂心；Q19(b)(iii) 內切圓 + 外接圓</w:t>
            </w:r>
          </w:p>
        </w:tc>
        <w:tc>
          <w:tcPr>
            <w:tcW w:type="dxa" w:w="3969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Q41 內心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Microsoft JhengHei" w:hAnsi="Microsoft JhengHei" w:eastAsia="Microsoft JhengHei"/>
          <w:b w:val="0"/>
          <w:sz w:val="18"/>
        </w:rPr>
        <w:t>註：以上是逐頁檢視卷一乙部及卷二乙部的結果；卷一甲部及卷二甲部未發現四心題目，但未有逐題核對。</w:t>
      </w:r>
    </w:p>
    <w:p>
      <w:pPr>
        <w:pStyle w:val="Heading1"/>
      </w:pPr>
      <w:r>
        <w:rPr>
          <w:rFonts w:ascii="Microsoft JhengHei" w:hAnsi="Microsoft JhengHei" w:eastAsia="Microsoft JhengHei"/>
        </w:rPr>
        <w:t>2. 四心的定義與性質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3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four_centr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20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587"/>
            <w:shd w:val="clear" w:color="auto" w:fill="DCE6F1"/>
          </w:tcPr>
          <w:p>
            <w:r>
              <w:rPr>
                <w:b/>
              </w:rPr>
            </w:r>
          </w:p>
        </w:tc>
        <w:tc>
          <w:tcPr>
            <w:tcW w:type="dxa" w:w="2041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8"/>
              </w:rPr>
              <w:t>形心 G</w:t>
            </w:r>
          </w:p>
        </w:tc>
        <w:tc>
          <w:tcPr>
            <w:tcW w:type="dxa" w:w="2041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8"/>
              </w:rPr>
              <w:t>垂心 H</w:t>
            </w:r>
          </w:p>
        </w:tc>
        <w:tc>
          <w:tcPr>
            <w:tcW w:type="dxa" w:w="2041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8"/>
              </w:rPr>
              <w:t>外心 O</w:t>
            </w:r>
          </w:p>
        </w:tc>
        <w:tc>
          <w:tcPr>
            <w:tcW w:type="dxa" w:w="2041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8"/>
              </w:rPr>
              <w:t>內心 I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由甚麼線交成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中線（頂點 → 對邊中點）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高（頂點 → 對邊的垂線）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各邊的垂直平分線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各內角的角平分線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等距性質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—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—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OA = OB = OC = R（外接圓半徑）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到三邊距離 = r（內切圓半徑）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重要性質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把中線分成 2 : 1（頂點一方較長）；三條中線把三角形分成 6 塊等面積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每條高 ⊥ 對邊；A、B、C、H 中任一點是其餘三點所成三角形的垂心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∠BOC = 2∠A（銳角時）；外接圓通過三個頂點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∠BIC = 90° + ½∠A；面積 = ½ r × 周界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銳角三角形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直角三角形（∠B = 90°）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/>
                <w:sz w:val="18"/>
              </w:rPr>
              <w:t>在直角頂點 B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/>
                <w:sz w:val="18"/>
              </w:rPr>
              <w:t>斜邊 AC 的中點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鈍角三角形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/>
                <w:sz w:val="18"/>
              </w:rPr>
              <w:t>外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/>
                <w:sz w:val="18"/>
              </w:rPr>
              <w:t>外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等腰三角形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四心都在對稱軸上（共線）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</w:tr>
      <w:tr>
        <w:tc>
          <w:tcPr>
            <w:tcW w:type="dxa" w:w="158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等邊三角形</w:t>
            </w:r>
          </w:p>
        </w:tc>
        <w:tc>
          <w:tcPr>
            <w:tcW w:type="dxa" w:w="204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四心重合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</w:tr>
    </w:tbl>
    <w:p>
      <w:pPr>
        <w:spacing w:after="40"/>
      </w:pPr>
    </w:p>
    <w:p>
      <w:pPr>
        <w:spacing w:after="80"/>
      </w:pPr>
      <w:r>
        <w:rPr>
          <w:rFonts w:ascii="Microsoft JhengHei" w:hAnsi="Microsoft JhengHei" w:eastAsia="Microsoft JhengHei"/>
          <w:b w:val="0"/>
        </w:rPr>
        <w:t>記法：</w:t>
      </w:r>
      <w:r>
        <w:rPr>
          <w:rFonts w:ascii="Microsoft JhengHei" w:hAnsi="Microsoft JhengHei" w:eastAsia="Microsoft JhengHei"/>
          <w:b/>
        </w:rPr>
        <w:t>形心、內心永遠在三角形內</w:t>
      </w:r>
      <w:r>
        <w:rPr>
          <w:rFonts w:ascii="Microsoft JhengHei" w:hAnsi="Microsoft JhengHei" w:eastAsia="Microsoft JhengHei"/>
          <w:b w:val="0"/>
        </w:rPr>
        <w:t>；垂心、外心會「走出去」（鈍角時在外，直角時分別在直角頂點和斜邊中點）。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2079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position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7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rFonts w:ascii="Microsoft JhengHei" w:hAnsi="Microsoft JhengHei" w:eastAsia="Microsoft JhengHei"/>
        </w:rPr>
        <w:t>2.1 形心 G（centroid）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定義：三條中線的交點。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 xml:space="preserve">性質：G 把每條中線分成 </w:t>
      </w:r>
      <w:r>
        <w:rPr>
          <w:rFonts w:ascii="Microsoft JhengHei" w:hAnsi="Microsoft JhengHei" w:eastAsia="Microsoft JhengHei"/>
          <w:b/>
        </w:rPr>
        <w:t>AG : GM = 2 : 1</w:t>
      </w:r>
      <w:r>
        <w:rPr>
          <w:rFonts w:ascii="Microsoft JhengHei" w:hAnsi="Microsoft JhengHei" w:eastAsia="Microsoft JhengHei"/>
          <w:b w:val="0"/>
        </w:rPr>
        <w:t>（M 為 BC 中點）。形心是三角形的「重心／平衡點」。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坐標：</w:t>
      </w:r>
      <w:r>
        <w:rPr>
          <w:rFonts w:ascii="Microsoft JhengHei" w:hAnsi="Microsoft JhengHei" w:eastAsia="Microsoft JhengHei"/>
          <w:b/>
        </w:rPr>
        <w:t>G = ( (x₁ + x₂ + x₃)/3 , (y₁ + y₂ + y₃)/3 )</w:t>
      </w:r>
      <w:r>
        <w:rPr>
          <w:rFonts w:ascii="Microsoft JhengHei" w:hAnsi="Microsoft JhengHei" w:eastAsia="Microsoft JhengHei"/>
          <w:b w:val="0"/>
        </w:rPr>
        <w:t>，是唯一需要背的坐標公式，而且可直接使用。</w:t>
      </w:r>
    </w:p>
    <w:p>
      <w:pPr>
        <w:pStyle w:val="Heading2"/>
      </w:pPr>
      <w:r>
        <w:rPr>
          <w:rFonts w:ascii="Microsoft JhengHei" w:hAnsi="Microsoft JhengHei" w:eastAsia="Microsoft JhengHei"/>
        </w:rPr>
        <w:t>2.2 垂心 H（orthocentre）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定義：三條高的交點（高 = 由頂點向對邊所作的垂線）。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求法：找</w:t>
      </w:r>
      <w:r>
        <w:rPr>
          <w:rFonts w:ascii="Microsoft JhengHei" w:hAnsi="Microsoft JhengHei" w:eastAsia="Microsoft JhengHei"/>
          <w:b/>
        </w:rPr>
        <w:t>兩條</w:t>
      </w:r>
      <w:r>
        <w:rPr>
          <w:rFonts w:ascii="Microsoft JhengHei" w:hAnsi="Microsoft JhengHei" w:eastAsia="Microsoft JhengHei"/>
          <w:b w:val="0"/>
        </w:rPr>
        <w:t>高的方程，然後聯立。高的斜率 = −1 ÷（對邊斜率）。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 xml:space="preserve">捷徑：若某一邊在 </w:t>
      </w:r>
      <w:r>
        <w:rPr>
          <w:rFonts w:ascii="Microsoft JhengHei" w:hAnsi="Microsoft JhengHei" w:eastAsia="Microsoft JhengHei"/>
          <w:b/>
        </w:rPr>
        <w:t>x 軸或 y 軸</w:t>
      </w:r>
      <w:r>
        <w:rPr>
          <w:rFonts w:ascii="Microsoft JhengHei" w:hAnsi="Microsoft JhengHei" w:eastAsia="Microsoft JhengHei"/>
          <w:b w:val="0"/>
        </w:rPr>
        <w:t>上（或平行於坐標軸），對應的高就是垂直線 x = h 或水平線 y = k，可省去一半計算（2015 P2 Q42、2018 P2 Q40）。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直角三角形的垂心就在直角頂點；鈍角三角形的垂心在三角形外。</w:t>
      </w:r>
    </w:p>
    <w:p>
      <w:pPr>
        <w:pStyle w:val="Heading2"/>
      </w:pPr>
      <w:r>
        <w:rPr>
          <w:rFonts w:ascii="Microsoft JhengHei" w:hAnsi="Microsoft JhengHei" w:eastAsia="Microsoft JhengHei"/>
        </w:rPr>
        <w:t>2.3 外心 O（circumcentre）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定義：三邊垂直平分線的交點；外接圓（通過三個頂點的圓）的圓心。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求法一（垂直平分線）：兩條邊的垂直平分線聯立。垂直平分線 = 通過中點、斜率為原邊斜率負倒數的直線。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求法二（等距）：設 O(h, k)，列 OA² = OB²、OA² = OC²，兩條一次方程聯立（二次項會互相抵消）。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求法三（圓方程）：設 x² + y² + Dx + Ey + F = 0 通過三點，解出 D、E、F，圓心 = (−D/2, −E/2)。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/>
        </w:rPr>
        <w:t>直角三角形捷徑</w:t>
      </w:r>
      <w:r>
        <w:rPr>
          <w:rFonts w:ascii="Microsoft JhengHei" w:hAnsi="Microsoft JhengHei" w:eastAsia="Microsoft JhengHei"/>
          <w:b w:val="0"/>
        </w:rPr>
        <w:t>：外心 = 斜邊中點，R = 斜邊 ÷ 2（2013 P2 Q43、2022 P2 Q41、2022 P1 Q19(d)）。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若已知一邊在 x 軸上，例如 O(0,0)、P(p,0)，外心必在 x = p/2 上（2023 P1 Q19）。</w:t>
      </w:r>
    </w:p>
    <w:p>
      <w:pPr>
        <w:pStyle w:val="Heading2"/>
      </w:pPr>
      <w:r>
        <w:rPr>
          <w:rFonts w:ascii="Microsoft JhengHei" w:hAnsi="Microsoft JhengHei" w:eastAsia="Microsoft JhengHei"/>
        </w:rPr>
        <w:t>2.4 內心 I（in-centre）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定義：三條內角平分線的交點；內切圓（與三邊都相切的圓）的圓心。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性質：I 到三條邊的</w:t>
      </w:r>
      <w:r>
        <w:rPr>
          <w:rFonts w:ascii="Microsoft JhengHei" w:hAnsi="Microsoft JhengHei" w:eastAsia="Microsoft JhengHei"/>
          <w:b/>
        </w:rPr>
        <w:t>垂直距離相等</w:t>
      </w:r>
      <w:r>
        <w:rPr>
          <w:rFonts w:ascii="Microsoft JhengHei" w:hAnsi="Microsoft JhengHei" w:eastAsia="Microsoft JhengHei"/>
          <w:b w:val="0"/>
        </w:rPr>
        <w:t xml:space="preserve"> = r；由頂點到兩個切點的切線長相等。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/>
        </w:rPr>
        <w:t>面積公式</w:t>
      </w:r>
      <w:r>
        <w:rPr>
          <w:rFonts w:ascii="Microsoft JhengHei" w:hAnsi="Microsoft JhengHei" w:eastAsia="Microsoft JhengHei"/>
          <w:b w:val="0"/>
        </w:rPr>
        <w:t>：△ 的面積 = ½ × r × 周界（即 pr = 2a，2019 P1 Q17(a) 要求證明）。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/>
        </w:rPr>
        <w:t>直角三角形</w:t>
      </w:r>
      <w:r>
        <w:rPr>
          <w:rFonts w:ascii="Microsoft JhengHei" w:hAnsi="Microsoft JhengHei" w:eastAsia="Microsoft JhengHei"/>
          <w:b w:val="0"/>
        </w:rPr>
        <w:t xml:space="preserve">：r = (a + b − c)/2，c 為斜邊；若直角頂點在原點、兩直角邊在坐標軸上，則 </w:t>
      </w:r>
      <w:r>
        <w:rPr>
          <w:rFonts w:ascii="Microsoft JhengHei" w:hAnsi="Microsoft JhengHei" w:eastAsia="Microsoft JhengHei"/>
          <w:b/>
        </w:rPr>
        <w:t>I = (r, r)</w:t>
      </w:r>
      <w:r>
        <w:rPr>
          <w:rFonts w:ascii="Microsoft JhengHei" w:hAnsi="Microsoft JhengHei" w:eastAsia="Microsoft JhengHei"/>
          <w:b w:val="0"/>
        </w:rPr>
        <w:t>（2017 P2 Q41、2025 P2 Q41）。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求法一（角平分線 = 到兩線等距的軌跡）：|a₁x + b₁y + c₁|/√(a₁² + b₁²) = |a₂x + b₂y + c₂|/√(a₂² + b₂²)，會得出兩條直線，要選</w:t>
      </w:r>
      <w:r>
        <w:rPr>
          <w:rFonts w:ascii="Microsoft JhengHei" w:hAnsi="Microsoft JhengHei" w:eastAsia="Microsoft JhengHei"/>
          <w:b/>
        </w:rPr>
        <w:t>內角</w:t>
      </w:r>
      <w:r>
        <w:rPr>
          <w:rFonts w:ascii="Microsoft JhengHei" w:hAnsi="Microsoft JhengHei" w:eastAsia="Microsoft JhengHei"/>
          <w:b w:val="0"/>
        </w:rPr>
        <w:t>那一條。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>求法二（到三邊等距）：設 I(h, k)，以點到直線距離公式列式。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 xml:space="preserve">求法三（延伸，檢查用）：I = (a·A + b·B + c·C)/(a + b + c)，其中 a、b、c 分別是 A、B、C </w:t>
      </w:r>
      <w:r>
        <w:rPr>
          <w:rFonts w:ascii="Microsoft JhengHei" w:hAnsi="Microsoft JhengHei" w:eastAsia="Microsoft JhengHei"/>
          <w:b/>
        </w:rPr>
        <w:t>對邊</w:t>
      </w:r>
      <w:r>
        <w:rPr>
          <w:rFonts w:ascii="Microsoft JhengHei" w:hAnsi="Microsoft JhengHei" w:eastAsia="Microsoft JhengHei"/>
          <w:b w:val="0"/>
        </w:rPr>
        <w:t>的長度。</w:t>
      </w:r>
    </w:p>
    <w:p>
      <w:pPr>
        <w:pStyle w:val="ListBullet"/>
        <w:spacing w:after="40"/>
      </w:pPr>
      <w:r>
        <w:rPr>
          <w:rFonts w:ascii="Microsoft JhengHei" w:hAnsi="Microsoft JhengHei" w:eastAsia="Microsoft JhengHei"/>
          <w:b w:val="0"/>
        </w:rPr>
        <w:t xml:space="preserve">圓幾何題：「I 是內心」⇒ AI、BI、CI </w:t>
      </w:r>
      <w:r>
        <w:rPr>
          <w:rFonts w:ascii="Microsoft JhengHei" w:hAnsi="Microsoft JhengHei" w:eastAsia="Microsoft JhengHei"/>
          <w:b/>
        </w:rPr>
        <w:t>平分</w:t>
      </w:r>
      <w:r>
        <w:rPr>
          <w:rFonts w:ascii="Microsoft JhengHei" w:hAnsi="Microsoft JhengHei" w:eastAsia="Microsoft JhengHei"/>
          <w:b w:val="0"/>
        </w:rPr>
        <w:t>三個角（2014 P2 Q41 只需用這一點）。</w:t>
      </w:r>
    </w:p>
    <w:p>
      <w:pPr>
        <w:pStyle w:val="Heading2"/>
      </w:pPr>
      <w:r>
        <w:rPr>
          <w:rFonts w:ascii="Microsoft JhengHei" w:hAnsi="Microsoft JhengHei" w:eastAsia="Microsoft JhengHei"/>
        </w:rPr>
        <w:t>2.5 延伸：歐拉線（檢查答案用）</w:t>
      </w:r>
    </w:p>
    <w:p>
      <w:pPr>
        <w:spacing w:after="80"/>
      </w:pPr>
      <w:r>
        <w:rPr>
          <w:rFonts w:ascii="Microsoft JhengHei" w:hAnsi="Microsoft JhengHei" w:eastAsia="Microsoft JhengHei"/>
          <w:b w:val="0"/>
        </w:rPr>
        <w:t xml:space="preserve">任何三角形的垂心 H、形心 G、外心 O </w:t>
      </w:r>
      <w:r>
        <w:rPr>
          <w:rFonts w:ascii="Microsoft JhengHei" w:hAnsi="Microsoft JhengHei" w:eastAsia="Microsoft JhengHei"/>
          <w:b/>
        </w:rPr>
        <w:t>共線</w:t>
      </w:r>
      <w:r>
        <w:rPr>
          <w:rFonts w:ascii="Microsoft JhengHei" w:hAnsi="Microsoft JhengHei" w:eastAsia="Microsoft JhengHei"/>
          <w:b w:val="0"/>
        </w:rPr>
        <w:t>，而且 HG : GO = 2 : 1。內心一般</w:t>
      </w:r>
      <w:r>
        <w:rPr>
          <w:rFonts w:ascii="Microsoft JhengHei" w:hAnsi="Microsoft JhengHei" w:eastAsia="Microsoft JhengHei"/>
          <w:b/>
        </w:rPr>
        <w:t>不在</w:t>
      </w:r>
      <w:r>
        <w:rPr>
          <w:rFonts w:ascii="Microsoft JhengHei" w:hAnsi="Microsoft JhengHei" w:eastAsia="Microsoft JhengHei"/>
          <w:b w:val="0"/>
        </w:rPr>
        <w:t>這條線上（等腰三角形除外）。例如 2023 P1 Q19 中 H(14, 10.5)、G(21⅓, 16)、外心 (25, 18.75)，HG : G外心 = 2 : 1，可用來驗算。此性質不在課程內，卷一不宜直接引用。</w:t>
      </w:r>
    </w:p>
    <w:p>
      <w:pPr>
        <w:pStyle w:val="Heading1"/>
      </w:pPr>
      <w:r>
        <w:rPr>
          <w:rFonts w:ascii="Microsoft JhengHei" w:hAnsi="Microsoft JhengHei" w:eastAsia="Microsoft JhengHei"/>
        </w:rPr>
        <w:t>3. 解題工具箱（坐標幾何）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701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9"/>
              </w:rPr>
              <w:t>工具</w:t>
            </w:r>
          </w:p>
        </w:tc>
        <w:tc>
          <w:tcPr>
            <w:tcW w:type="dxa" w:w="4535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9"/>
              </w:rPr>
              <w:t>公式</w:t>
            </w:r>
          </w:p>
        </w:tc>
        <w:tc>
          <w:tcPr>
            <w:tcW w:type="dxa" w:w="3402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9"/>
              </w:rPr>
              <w:t>用途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中點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((x₁+x₂)/2 , (y₁+y₂)/2)</w:t>
            </w:r>
          </w:p>
        </w:tc>
        <w:tc>
          <w:tcPr>
            <w:tcW w:type="dxa" w:w="340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中線、垂直平分線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斜率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m = (y₂ − y₁)/(x₂ − x₁)</w:t>
            </w:r>
          </w:p>
        </w:tc>
        <w:tc>
          <w:tcPr>
            <w:tcW w:type="dxa" w:w="340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高、垂直平分線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垂直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m₁ × m₂ = −1</w:t>
            </w:r>
          </w:p>
        </w:tc>
        <w:tc>
          <w:tcPr>
            <w:tcW w:type="dxa" w:w="340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高、垂直平分線、切線 ⊥ 半徑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距離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√((x₂−x₁)² + (y₂−y₁)²)</w:t>
            </w:r>
          </w:p>
        </w:tc>
        <w:tc>
          <w:tcPr>
            <w:tcW w:type="dxa" w:w="340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外心等距、邊長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點到直線距離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|ax₀ + by₀ + c| / √(a² + b²)</w:t>
            </w:r>
          </w:p>
        </w:tc>
        <w:tc>
          <w:tcPr>
            <w:tcW w:type="dxa" w:w="340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內心、內切圓半徑、切線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圓方程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x² + y² + Dx + Ey + F = 0；圓心 (−D/2, −E/2)，r² = D²/4 + E²/4 − F</w:t>
            </w:r>
          </w:p>
        </w:tc>
        <w:tc>
          <w:tcPr>
            <w:tcW w:type="dxa" w:w="340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外接圓、內切圓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切線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代入圓方程後判別式 Δ = 0，或 圓心到直線距離 = r</w:t>
            </w:r>
          </w:p>
        </w:tc>
        <w:tc>
          <w:tcPr>
            <w:tcW w:type="dxa" w:w="340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9"/>
              </w:rPr>
              <w:t>內切圓題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Microsoft JhengHei" w:hAnsi="Microsoft JhengHei" w:eastAsia="Microsoft JhengHei"/>
        </w:rPr>
        <w:t>4. 歷屆試題題型與詳解</w:t>
      </w:r>
    </w:p>
    <w:p>
      <w:pPr>
        <w:spacing w:after="80"/>
      </w:pPr>
      <w:r>
        <w:rPr>
          <w:rFonts w:ascii="Microsoft JhengHei" w:hAnsi="Microsoft JhengHei" w:eastAsia="Microsoft JhengHei"/>
          <w:b w:val="0"/>
        </w:rPr>
        <w:t>以下答案均經重新計算核對；題目為撮要，完整題目請翻閱資料夾內相應年份的 PDF。</w:t>
      </w:r>
    </w:p>
    <w:p>
      <w:pPr>
        <w:pStyle w:val="Heading2"/>
      </w:pPr>
      <w:r>
        <w:rPr>
          <w:rFonts w:ascii="Microsoft JhengHei" w:hAnsi="Microsoft JhengHei" w:eastAsia="Microsoft JhengHei"/>
        </w:rPr>
        <w:t>題型 A：卷二 MC — 已知三點（或條件），求中心坐標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【2015 卷二 Q42　垂心】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O 為原點，P(0, 60)、Q(96, 48)。求 △OPQ 垂心的 x 坐標。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OP 在 y 軸上，所以由 Q 到 OP 的高是水平線 </w:t>
      </w:r>
      <w:r>
        <w:rPr>
          <w:rFonts w:ascii="Microsoft JhengHei" w:hAnsi="Microsoft JhengHei" w:eastAsia="Microsoft JhengHei"/>
          <w:b/>
        </w:rPr>
        <w:t>y = 48</w:t>
      </w:r>
      <w:r>
        <w:rPr>
          <w:rFonts w:ascii="Microsoft JhengHei" w:hAnsi="Microsoft JhengHei" w:eastAsia="Microsoft JhengHei"/>
          <w:b w:val="0"/>
        </w:rPr>
        <w:t>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PQ 的斜率 = (48 − 60)/96 = −1/8，所以由 O 出發的高斜率 = 8，方程 </w:t>
      </w:r>
      <w:r>
        <w:rPr>
          <w:rFonts w:ascii="Microsoft JhengHei" w:hAnsi="Microsoft JhengHei" w:eastAsia="Microsoft JhengHei"/>
          <w:b/>
        </w:rPr>
        <w:t>y = 8x</w:t>
      </w:r>
      <w:r>
        <w:rPr>
          <w:rFonts w:ascii="Microsoft JhengHei" w:hAnsi="Microsoft JhengHei" w:eastAsia="Microsoft JhengHei"/>
          <w:b w:val="0"/>
        </w:rPr>
        <w:t>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聯立：8x = 48 ⇒ x = 6。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x = 6（A）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有一邊在坐標軸上時，先寫那條「水平／垂直」的高，只需再找一條。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【2018 卷二 Q40　垂心（參數會消失）】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直線 2x + 5y = a（a &gt; 0）交 x 軸於 P、y 軸於 Q；R 在 y 軸上，△PQR 垂心的 x 坐標為 10。求 R 的 y 坐標。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P = (a/2, 0)，Q = (0, a/5)，設 R = (0, k)。QR 在 y 軸上 ⇒ 由 P 出發的高是 </w:t>
      </w:r>
      <w:r>
        <w:rPr>
          <w:rFonts w:ascii="Microsoft JhengHei" w:hAnsi="Microsoft JhengHei" w:eastAsia="Microsoft JhengHei"/>
          <w:b/>
        </w:rPr>
        <w:t>y = 0</w:t>
      </w:r>
      <w:r>
        <w:rPr>
          <w:rFonts w:ascii="Microsoft JhengHei" w:hAnsi="Microsoft JhengHei" w:eastAsia="Microsoft JhengHei"/>
          <w:b w:val="0"/>
        </w:rPr>
        <w:t>，所以垂心 H = (10, 0)。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由 R 出發的高 ⊥ PQ：PQ 斜率 = −2/5，高的斜率 = 5/2，通過 R(0, k)：y = (5/2)x + k。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H(10, 0) 在其上：0 = 25 + k ⇒ k = −25。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−25（A）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a 完全不影響答案，這是 MC 常見設計，不要被參數嚇怕。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【2021 卷二 Q41　垂心（反求頂點）】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O 為原點，P(26, −18)，△OPQ 的垂心為 (21, −3)。求 Q 的 y 坐標。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設 Q(u, v)，H(21, −3)。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PH 是高 ⇒ PH ⊥ OQ：PH 的方向 = (−5, 15) ∝ (−1, 3)，所以 −u + 3v = 0，即 u = 3v。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OH 是高 ⇒ OH ⊥ PQ：OH 的方向 = (21, −3) ∝ (7, −1)，所以 7(u − 26) − (v + 18) = 0 ⇒ 7u − v = 200。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代入 u = 3v：21v − v = 200 ⇒ v = 10。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10（C）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用「方向向量的點積 = 0」代替斜率相乘，可避免分母為零的麻煩。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【2013 卷二 Q43 ／ 2022 卷二 Q41　外心（直角三角形）】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2013：O(0,0)、A(0,12)、B(30,12)，求 △OAB 外心的 y 坐標。</w:t>
              <w:br/>
              <w:t>2022：A(a,0)、B(0,b)（a, b &gt; 0），△OAB 的外心在 4x + 16y = 17a 上，求 a : b。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2013：OA 在 y 軸、AB 水平 ⇒ ∠OAB = 90°，外心 = 斜邊 OB 的中點 (15, 6)，y 坐標 = 6（A）。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2022：∠AOB = 90° ⇒ 外心 = AB 中點 (a/2, b/2)。代入：2a + 8b = 17a ⇒ 8b = 15a ⇒ a : b = 8 : 15（A）。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2013：6；2022：8 : 15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考評報告（2022）指出只有約三成考生答對，很多人誤以為是</w:t>
      </w:r>
      <w:r>
        <w:rPr>
          <w:rFonts w:ascii="Microsoft JhengHei" w:hAnsi="Microsoft JhengHei" w:eastAsia="Microsoft JhengHei"/>
          <w:b/>
        </w:rPr>
        <w:t>形心</w:t>
      </w:r>
      <w:r>
        <w:rPr>
          <w:rFonts w:ascii="Microsoft JhengHei" w:hAnsi="Microsoft JhengHei" w:eastAsia="Microsoft JhengHei"/>
          <w:b w:val="0"/>
        </w:rPr>
        <w:t>在直線上而選 C。先看清題目問哪一個「心」！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【2017 卷二 Q41 ／ 2025 卷二 Q41　內心（直角三角形 I = (r, r)）】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2017：P(p, 0)、Q(0, q)（p, q &gt; 0），△OPQ 的內心在 3x + 4y = 3p 上，求 p : q。</w:t>
              <w:br/>
              <w:t>2025：U(20, 0)，V 在正 y 軸上，△OUV 內心的 x 坐標為 6，求 △OUV 的面積。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直角在 O，兩邊在坐標軸上 ⇒ 內心 I = (r, r)，r = (兩直角邊之和 − 斜邊)/2。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2017：7r = 3p ⇒ r = 3p/7。p + q − √(p² + q²) = 6p/7 ⇒ √(p² + q²) = q + p/7，平方：p² = 2pq/7 + p²/49 ⇒ q = 24p/7 ⇒ p : q = </w:t>
      </w:r>
      <w:r>
        <w:rPr>
          <w:rFonts w:ascii="Microsoft JhengHei" w:hAnsi="Microsoft JhengHei" w:eastAsia="Microsoft JhengHei"/>
          <w:b/>
        </w:rPr>
        <w:t>7 : 24</w:t>
      </w:r>
      <w:r>
        <w:rPr>
          <w:rFonts w:ascii="Microsoft JhengHei" w:hAnsi="Microsoft JhengHei" w:eastAsia="Microsoft JhengHei"/>
          <w:b w:val="0"/>
        </w:rPr>
        <w:t>（D）。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2025：r = 6，設 V(0, v)：20 + v − √(400 + v²) = 12 ⇒ √(400 + v²) = v + 8 ⇒ 400 = 16v + 64 ⇒ v = 21。面積 = ½ × 20 × 21 = </w:t>
      </w:r>
      <w:r>
        <w:rPr>
          <w:rFonts w:ascii="Microsoft JhengHei" w:hAnsi="Microsoft JhengHei" w:eastAsia="Microsoft JhengHei"/>
          <w:b/>
        </w:rPr>
        <w:t>210</w:t>
      </w:r>
      <w:r>
        <w:rPr>
          <w:rFonts w:ascii="Microsoft JhengHei" w:hAnsi="Microsoft JhengHei" w:eastAsia="Microsoft JhengHei"/>
          <w:b w:val="0"/>
        </w:rPr>
        <w:t>（C）。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2017：7 : 24；2025：210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【2020 卷二 Q40　內心（對稱 + 等距）】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三邊為 4x + 3y = 24、4x − 3y = 24、x = a，內心的 x 坐標是 31，求 a。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前兩條線交於 (6, 0)，並關於 x 軸對稱；x = a 亦關於 x 軸對稱 ⇒ 內心在 x 軸上：I = (31, 0)。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I 到 4x + 3y − 24 = 0 的距離 = |124 − 24|/5 = 20 = r。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I 到 x = a 的距離也是 20 ⇒ a = 51 或 11。內心必在三角形內，而三角形在 x = 6 與 x = a 之間，所以 a &gt; 31 ⇒ a = 51。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51（D）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等距方程會出兩個解，要用「內心在三角形內」剔除一個。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【2023 卷二 Q41　內心（角平分線的對稱）】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L₁：3x − 4y + k = 0，L₂：4x + 3y − k = 0（k &gt; 0）。L₁ 交 x 軸於 P，L₁、L₂ 交於 Q，R 在 L₂ 上且 △PQR 的內心在 x 軸上，求 R 的 x 坐標。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P = (−k/3, 0)。內心在 x 軸上 ⇒ x 軸（直線 PI）是 ∠QPR 的角平分線 ⇒ PR 是 PQ 關於 x 軸的</w:t>
      </w:r>
      <w:r>
        <w:rPr>
          <w:rFonts w:ascii="Microsoft JhengHei" w:hAnsi="Microsoft JhengHei" w:eastAsia="Microsoft JhengHei"/>
          <w:b/>
        </w:rPr>
        <w:t>反射</w:t>
      </w:r>
      <w:r>
        <w:rPr>
          <w:rFonts w:ascii="Microsoft JhengHei" w:hAnsi="Microsoft JhengHei" w:eastAsia="Microsoft JhengHei"/>
          <w:b w:val="0"/>
        </w:rPr>
        <w:t>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L₁ 斜率 = 3/4 ⇒ PR 斜率 = −3/4：y = −(3/4)(x + k/3)。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與 L₂ 聯立：4x + 3[−(3/4)x − k/4] − k = 0 ⇒ (7/4)x = 7k/4 ⇒ x = k。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k（C）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「內心在某直線上」往往等於「該直線是角平分線」，用反射／對稱最快。</w:t>
      </w:r>
    </w:p>
    <w:p>
      <w:pPr>
        <w:spacing w:after="40"/>
      </w:pPr>
    </w:p>
    <w:p>
      <w:pPr>
        <w:pStyle w:val="Heading2"/>
      </w:pPr>
      <w:r>
        <w:rPr>
          <w:rFonts w:ascii="Microsoft JhengHei" w:hAnsi="Microsoft JhengHei" w:eastAsia="Microsoft JhengHei"/>
        </w:rPr>
        <w:t>題型 B：卷二 MC — 概念判斷（位置、共線）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【2019 卷二 Q41】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△ABC 中 ∠ABC = 90°。判斷：I. 垂心在 AC 上；II. 形心在 △ABC 內；III. 內心在 △ABC 外。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直角三角形的垂心在直角頂點 B，不在 AC 上 ⇒ I 錯。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形心永遠在三角形內 ⇒ II 對。內心永遠在三角形內 ⇒ III 錯。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只有 II（B）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【2024 卷二 Q41】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G、H、I、J 分別為 △PQR 的形心、垂心、內心、外心，∠PQR = ∠PRQ = 22°。判斷：I. G 在 △PQR 內；II. H 在 △PQR 外；III. I、J、Q 共線。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形心永遠在內 ⇒ I 對。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∠QPR = 180° − 44° = 136° &gt; 90°，鈍角三角形的垂心在外 ⇒ II 對。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等腰（PQ = PR）⇒ 四心都在對稱軸上，而對稱軸通過 </w:t>
      </w:r>
      <w:r>
        <w:rPr>
          <w:rFonts w:ascii="Microsoft JhengHei" w:hAnsi="Microsoft JhengHei" w:eastAsia="Microsoft JhengHei"/>
          <w:b/>
        </w:rPr>
        <w:t>P</w:t>
      </w:r>
      <w:r>
        <w:rPr>
          <w:rFonts w:ascii="Microsoft JhengHei" w:hAnsi="Microsoft JhengHei" w:eastAsia="Microsoft JhengHei"/>
          <w:b w:val="0"/>
        </w:rPr>
        <w:t xml:space="preserve"> 及 QR 中點，不通過 Q ⇒ III 錯。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I 和 II（A）</w:t>
      </w:r>
    </w:p>
    <w:p>
      <w:pPr>
        <w:spacing w:after="40"/>
      </w:pPr>
    </w:p>
    <w:p>
      <w:pPr>
        <w:pStyle w:val="Heading2"/>
      </w:pPr>
      <w:r>
        <w:rPr>
          <w:rFonts w:ascii="Microsoft JhengHei" w:hAnsi="Microsoft JhengHei" w:eastAsia="Microsoft JhengHei"/>
        </w:rPr>
        <w:t>題型 C：卷二 MC — 圓幾何中的內心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【2014 卷二 Q41】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PQS 為圓，PQ 延長至 R，RS 在 S 切圓；I 為 △QRS 的內心，∠IRQ = 12°、∠PSQ = 70°，求 ∠QPS。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I 是內心 ⇒ RI 平分 ∠QRS ⇒ ∠QRS = 24°。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交錯弓形的角：∠RSQ = ∠QPS，設為 x。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在 △PSR：x + (70° + x) + 24° = 180° ⇒ x = 43°。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43°（C）</w:t>
      </w:r>
    </w:p>
    <w:p>
      <w:pPr>
        <w:spacing w:after="40"/>
      </w:pPr>
    </w:p>
    <w:p>
      <w:pPr>
        <w:pStyle w:val="Heading2"/>
      </w:pPr>
      <w:r>
        <w:rPr>
          <w:rFonts w:ascii="Microsoft JhengHei" w:hAnsi="Microsoft JhengHei" w:eastAsia="Microsoft JhengHei"/>
        </w:rPr>
        <w:t>題型 D：卷一長題 — 坐標幾何綜合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【2015 卷一 Q18(c)　外心】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f(x) = 2x² − 4kx + 3k² + 5。S、T 分別是 y = f(x) 與 y = 2 − f(x) 上的動點。有人說當 S、T 最接近時，△OST 的外心在 x 軸上。是否正確？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配方：f(x) = 2(x − k)² + k² + 5，頂點 (k, k² + 5)；y = 2 − f(x) 的頂點為 (k, −k² − 3)。兩圖像關於 y = 1 對稱，S、T 最接近時就是兩個頂點。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ST 是垂直線段 ⇒ 外心在 ST 的垂直平分線 y = ((k² + 5) + (−k² − 3))/2 = </w:t>
      </w:r>
      <w:r>
        <w:rPr>
          <w:rFonts w:ascii="Microsoft JhengHei" w:hAnsi="Microsoft JhengHei" w:eastAsia="Microsoft JhengHei"/>
          <w:b/>
        </w:rPr>
        <w:t>1</w:t>
      </w:r>
      <w:r>
        <w:rPr>
          <w:rFonts w:ascii="Microsoft JhengHei" w:hAnsi="Microsoft JhengHei" w:eastAsia="Microsoft JhengHei"/>
          <w:b w:val="0"/>
        </w:rPr>
        <w:t xml:space="preserve"> 上。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外心的 y 坐標是 1 ≠ 0，所以不在 x 軸上。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說法不正確。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【2016 卷一 Q20　內心 + 外心】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△OPQ 為鈍角三角形，I、J 分別為內心及外心，P、I、J 共線。(a) 證明 OP = PQ。(b) O(0,0)、Q(40,30)，P 的 y 坐標為 19，C 為通過 O、P、Q 的圓，(i) 求 C 的方程。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(a) J 是外心 ⇒ J 在 OQ 的垂直平分線上；P、I、J 共線 ⇒ J 在 ∠OPQ 的角平分線上。若這兩條直線不同，它們只會交於外接圓上 OQ 弧的中點，但 J 是圓心，不在圓上，矛盾。所以 ∠OPQ 的角平分線就是 OQ 的垂直平分線 ⇒ P 在 OQ 的垂直平分線上 ⇒ </w:t>
      </w:r>
      <w:r>
        <w:rPr>
          <w:rFonts w:ascii="Microsoft JhengHei" w:hAnsi="Microsoft JhengHei" w:eastAsia="Microsoft JhengHei"/>
          <w:b/>
        </w:rPr>
        <w:t>OP = PQ</w:t>
      </w:r>
      <w:r>
        <w:rPr>
          <w:rFonts w:ascii="Microsoft JhengHei" w:hAnsi="Microsoft JhengHei" w:eastAsia="Microsoft JhengHei"/>
          <w:b w:val="0"/>
        </w:rPr>
        <w:t>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(b)(i) OQ 的中點 (20, 15)，垂直平分線斜率 −4/3。y = 19 ⇒ 4 = −(4/3)(x − 20) ⇒ P = (17, 19)。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外心 J 在同一垂直平分線上：J = (a, (125 − 4a)/3)。JO = JP ⇒ 17a + 19b = 325，代入得 a = 56，b = −33，J = (56, −33)。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半徑² = 56² + 33² = 4225 ⇒ C：x² + y² − 112x + 66y = 0。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(a) 見上；(b)(i) x² + y² − 112x + 66y = 0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關鍵句：「等腰三角形中，頂角的角平分線 = 底邊的垂直平分線」。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【2018 卷一 Q18(b)(iii)　外心】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f(x) = 3x² + 24x（由 f(2) = 60、f(3) = 99 求得）。Q 為 y = f(x) 的頂點，R 為 y = 27 − f(x) 的頂點，S(56, 0)，P 為 △QRS 的外心。描述 P、Q、R 的幾何關係。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f(x) = 3(x + 4)² − 48 ⇒ Q = (−4, −48)；27 − f(x) 的頂點 R = (−4, 75)。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QR 垂直 ⇒ 外心在 QR 的垂直平分線 y = 13.5 上；設 P(h, 13.5)，PQ = PS ⇒ (h + 4)² + 61.5² = (h − 56)² + 13.5² ⇒ h = −4。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P = (−4, 13.5) = QR 的中點。（驗證：SQ ⊥ SR，因 (−60)(−60) + (−48)(75) = 0，即 ∠QSR = 90°。）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P 是 QR 的中點（P、Q、R 共線）。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外心落在某邊中點 ⇔ 該邊對的角是直角。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【2018 卷一 Q19(b)(ii)　內切圓】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圓 C 圓心 (8, 2)，L：kx − 5y − 21 = 0 與 C 相切並通過 D(18, 39)；L 交 y 軸於 E，F 使 C 為 △DEF 的內切圓。△DEF 是否鈍角三角形？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D 在 L 上 ⇒ 18k − 216 = 0 ⇒ k = 12；r = |96 − 10 − 21|/13 = 5；E = (0, −4.2)。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設圓心 G(8, 2)。C 是內切圓 ⇒ DG、EG 分別平分 ∠D、∠E。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DG = √(10² + 37²) = √1469 ⇒ sin(½∠D) = 5/√1469 ⇒ ∠D ≈ 15.0°；EG = √(8² + 6.2²) = √102.44 ⇒ sin(½∠E) = 5/√102.44 ⇒ ∠E ≈ 59.2°。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∠F ≈ 180° − 15.0° − 59.2° ≈ 105.8° &gt; 90°。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是鈍角三角形。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內切圓 + 切線 ⇒ 圓心與頂點的連線平分該角，這是把「內心」轉化成三角學的橋樑。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【2019 卷一 Q17　內切圓與角平分線】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(a) △CDE 的面積 a、周界 p、內切圓半徑 r，證明 pr = 2a。(b) H(9,12)、K(14,0)，P 到 OH 與到 HK 的距離相等，軌跡為 Γ。(i) 描述 Γ 與 ∠OHK 的關係；(ii) 利用 (a) 求 Γ 的方程。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(a) 以內心 I 把三角形分成三個以 r 為高的三角形：a = ½r(CD + DE + EC) = ½rp ⇒ pr = 2a。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(b)(i) Γ 是 ∠OHK 的角平分線。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(ii) OH = 15，HK = 13，OK = 14，面積 = ½ × 14 × 12 = 84，周界 42 ⇒ r = 2 × 84 ÷ 42 = 4，即 △OHK 內心的 y 坐標是 4。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內心 x 坐標（可由 I 到 OH 的距離 = 4 求得）：I = (8, 4)。Γ 通過 H(9, 12) 與 I(8, 4)：斜率 8 ⇒ </w:t>
      </w:r>
      <w:r>
        <w:rPr>
          <w:rFonts w:ascii="Microsoft JhengHei" w:hAnsi="Microsoft JhengHei" w:eastAsia="Microsoft JhengHei"/>
          <w:b/>
        </w:rPr>
        <w:t>8x − y − 60 = 0</w:t>
      </w:r>
      <w:r>
        <w:rPr>
          <w:rFonts w:ascii="Microsoft JhengHei" w:hAnsi="Microsoft JhengHei" w:eastAsia="Microsoft JhengHei"/>
          <w:b w:val="0"/>
        </w:rPr>
        <w:t>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(b)(i) 角平分線；(ii) 8x − y − 60 = 0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「利用 (a)」就是提示你用面積求 r，從而得到內心。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【2020 卷一 Q17(b)　外心（證明不存在）】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g(x) = x² − 2kx + 2k² + 4。D、E 分別為 y = g(x + 2) 及 y = −g(x − 2) 的頂點。是否存在 F，使 △DEF 的外心為 (0, 3)？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g(x) = (x − k)² + k² + 4 ⇒ D = (k − 2, k² + 4)，E = (k + 2, −k² − 4)。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外心 (0, 3) 必須到 D、E 等距：(k − 2)² + (k² + 1)² = (k + 2)² + (k² + 7)²。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化簡：12k² + 8k + 48 = 0，即 3k² + 2k + 12 = 0，判別式 = 4 − 144 &lt; 0，無實數解。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不存在這樣的 F。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外心問題的第一步永遠是「到頂點等距」，F 未知也不影響。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【2021 卷一 Q19(c)　內切圓（等腰三角形）】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f(x) = x² − 12kx − 14x + 36k² + 89k + 53（k &gt; 0）。Q、R 分別為 y = f(x)、y = f(14 − x) 的頂點，S(7, 4 − 3k)，C 為 △QRS 的內切圓。(i) 求 QS 的方程；(ii) 求 C 的方程；(iii) QS 在 T 切 C，U 為 C 的圓心，V(−29, −14)，STUV 可否是長方形？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Q = (6k + 7, 5k + 4)，R = (7 − 6k, 5k + 4)。QR 水平，S 在對稱軸 x = 7 上 ⇒ △QRS 等腰，內心 U 在 x = 7 上。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(i) QS 斜率 = 8k/6k = 4/3：</w:t>
      </w:r>
      <w:r>
        <w:rPr>
          <w:rFonts w:ascii="Microsoft JhengHei" w:hAnsi="Microsoft JhengHei" w:eastAsia="Microsoft JhengHei"/>
          <w:b/>
        </w:rPr>
        <w:t>4x − 3y − 16 − 9k = 0</w:t>
      </w:r>
      <w:r>
        <w:rPr>
          <w:rFonts w:ascii="Microsoft JhengHei" w:hAnsi="Microsoft JhengHei" w:eastAsia="Microsoft JhengHei"/>
          <w:b w:val="0"/>
        </w:rPr>
        <w:t>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(ii) 設 U(7, y₀)。到 QR 的距離 = (5k + 4) − y₀；到 QS 的距離 = (3y₀ − 12 + 9k)/5。相等 ⇒ y₀ = 2k + 4，r = 3k ⇒ </w:t>
      </w:r>
      <w:r>
        <w:rPr>
          <w:rFonts w:ascii="Microsoft JhengHei" w:hAnsi="Microsoft JhengHei" w:eastAsia="Microsoft JhengHei"/>
          <w:b/>
        </w:rPr>
        <w:t>(x − 7)² + (y − 2k − 4)² = 9k²</w:t>
      </w:r>
      <w:r>
        <w:rPr>
          <w:rFonts w:ascii="Microsoft JhengHei" w:hAnsi="Microsoft JhengHei" w:eastAsia="Microsoft JhengHei"/>
          <w:b w:val="0"/>
        </w:rPr>
        <w:t>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(iii) ∠STU = 90°（切線 ⊥ 半徑），若 STUV 為長方形則 V = S + U − T。T = U 在 QS 上的垂足 = (7 + 2.4k, 4 + 0.2k)，所以 S + U − T = (7 − 2.4k, 4 − 1.2k)。令其 = (−29, −14) ⇒ 兩式都給 k = 15。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(iii) 可能（k = 15 時）。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【2022 卷一 Q19(c)(d)　內切圓 + 外接圓】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圓 C 圓心 G(83, 112)，通過 (23, 67)；A(158, 12) 在圓外，AP、AQ 在 P、Q 切 C。(c) 求 △APQ 內切圓方程；(d) 有人說內切圓與外接圓面積之比為 1 : 4，是否同意？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r_C² = 60² + 45² ⇒ r_C = 75；AG = √(75² + 100²) = 125。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(c) 由對稱，△APQ 的內心在 AG 上；可證明它就是 AG 與圓 C 的交點（切線與弦的夾角 = 圓周角 ⇒ PI 平分 ∠APQ）。I = G + (75/125)(A − G) = (128, 52)。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AG 與 PQ 交於 M(110, 76)（GM = r² ÷ AG = 45），內切圓半徑 = IM = 75 − 45 = 30 ⇒ </w:t>
      </w:r>
      <w:r>
        <w:rPr>
          <w:rFonts w:ascii="Microsoft JhengHei" w:hAnsi="Microsoft JhengHei" w:eastAsia="Microsoft JhengHei"/>
          <w:b/>
        </w:rPr>
        <w:t>(x − 128)² + (y − 52)² = 900</w:t>
      </w:r>
      <w:r>
        <w:rPr>
          <w:rFonts w:ascii="Microsoft JhengHei" w:hAnsi="Microsoft JhengHei" w:eastAsia="Microsoft JhengHei"/>
          <w:b w:val="0"/>
        </w:rPr>
        <w:t>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(d) ∠APG = ∠AQG = 90° ⇒ A、P、G、Q 共圓且 AG 為直徑 ⇒ 外接圓半徑 = 125/2。面積比 = 30² : (125/2)² = 144 : 625 ≠ 1 : 4。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(c) (x − 128)² + (y − 52)² = 900；(d) 不同意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考評報告指出很多考生不懂用切線性質求內切圓，也看不出 AG 是外接圓的直徑。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【2023 卷一 Q19　外心、垂心、內心同場】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P(50, 0)、Q(32, t)（t &gt; 0），OQ 是 △OPR 的中線；G、H 分別為 △OPR 的外心及垂心。(a) 以 t 表示 G、H；(b)(i) 若 ∠PQS = ∠POQ（S 在 OP 上，QS ⊥ OP），證明 t = 24；(ii) O、G、Q 是否共線？(iii) I 為 △OPR 的內心，求 △GHR 與 △IPQ 面積之比。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OQ 是中線 ⇒ Q 是 PR 中點 ⇒ R = (14, 2t)。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(a) 外心 G 在 OP 的垂直平分線 x = 25 上；GO = GR ⇒ 625 + y² = 121 + (y − 2t)² ⇒ </w:t>
      </w:r>
      <w:r>
        <w:rPr>
          <w:rFonts w:ascii="Microsoft JhengHei" w:hAnsi="Microsoft JhengHei" w:eastAsia="Microsoft JhengHei"/>
          <w:b/>
        </w:rPr>
        <w:t>G = (25, t − 126/t)</w:t>
      </w:r>
      <w:r>
        <w:rPr>
          <w:rFonts w:ascii="Microsoft JhengHei" w:hAnsi="Microsoft JhengHei" w:eastAsia="Microsoft JhengHei"/>
          <w:b w:val="0"/>
        </w:rPr>
        <w:t xml:space="preserve">。垂心 H 在由 R 出發的高 x = 14 上；OH ⊥ PR（PR 斜率 −t/18）⇒ OH：y = 18x/t ⇒ </w:t>
      </w:r>
      <w:r>
        <w:rPr>
          <w:rFonts w:ascii="Microsoft JhengHei" w:hAnsi="Microsoft JhengHei" w:eastAsia="Microsoft JhengHei"/>
          <w:b/>
        </w:rPr>
        <w:t>H = (14, 252/t)</w:t>
      </w:r>
      <w:r>
        <w:rPr>
          <w:rFonts w:ascii="Microsoft JhengHei" w:hAnsi="Microsoft JhengHei" w:eastAsia="Microsoft JhengHei"/>
          <w:b w:val="0"/>
        </w:rPr>
        <w:t>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(b)(i) S = (32, 0)，tan∠PQS = 18/t，tan∠POQ = t/32 ⇒ t² = 576 ⇒ t = 24。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(ii) G = (25, 18.75)，OG 斜率 = 0.75 = OQ 斜率 (24/32) ⇒ 共線。（原因：OP = OR = 50，△OPR 等腰，四心都在對稱軸 OQ 上。）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(iii) 三邊：OP = 50、OR = 50、PR = 60。I = (60·O + 50·P + 50·R)/160 = (20, 15)（亦可由 I 在 OQ 上及 r = 面積 ÷ 半周界 = 1200 ÷ 80 = 15 得出）。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△GHR：HR 垂直（x = 14），長 48 − 10.5 = 37.5，高 = 25 − 14 = 11，面積 = 206.25。△IPQ：用坐標面積公式得 225。比 = 206.25 : 225 = </w:t>
      </w:r>
      <w:r>
        <w:rPr>
          <w:rFonts w:ascii="Microsoft JhengHei" w:hAnsi="Microsoft JhengHei" w:eastAsia="Microsoft JhengHei"/>
          <w:b/>
        </w:rPr>
        <w:t>11 : 12</w:t>
      </w:r>
      <w:r>
        <w:rPr>
          <w:rFonts w:ascii="Microsoft JhengHei" w:hAnsi="Microsoft JhengHei" w:eastAsia="Microsoft JhengHei"/>
          <w:b w:val="0"/>
        </w:rPr>
        <w:t>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(b)(ii) 共線；(b)(iii) 11 : 12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看到兩邊相等（等腰），立即想到「四心共線於對稱軸」。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【2024 卷一 Q17(b)(ii)　外接圓（切線四邊形）】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Q(10, −1)、R(−4, −9)，C 通過 Q、R 及 (4, 3)。U(10, 4) 在 C 外，UV、UW 在 V、W 切 C。△UVW 的外接圓面積是否大於 100？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C：x² + y² − 6x + 10y − 31 = 0，圓心 K(3, −5)，r² = 65。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∠UVK = ∠UWK = 90° ⇒ U、V、K、W 共圓，UK 為直徑 ⇒ △UVW 的外接圓就是以 UK 為直徑的圓。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UK² = 7² + 9² = 130 ⇒ 面積 = π × 130/4 = 32.5π ≈ 102.1 &gt; 100。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是（約 102.1）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2022 Q19(d) 與此題同一招：外點 + 兩條切線 ⇒ 外點與圓心的連線是外接圓直徑。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【2025 卷一 Q18(b)　垂心在原點】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g(x) = 3x² − 6kx + 24x + 3k² − 24k + 55（k &gt; 0），R 為頂點；y = h(x) 由 y = g(x) 向右移 6、向下移 10 得出，頂點為 S；T 使 △RST 的垂心為原點。(i) 以 k 表示 T；(ii) U(−5, 5)，V 在 RS 上且 TV ⊥ RS，S、T、U、V 共圓，求 k。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g(x) = 3(x − k + 4)² + 7 ⇒ R = (k − 4, 7)，S = (k + 2, −3)。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(i) 垂心 O ⇒ OT ⊥ RS：RS 方向 (6, −10) ∝ (3, −5)，所以 T = λ(5, 3)。又 RT ⊥ OS：(5λ − k + 4)(k + 2) − 3(3λ − 7) = 0 ⇒ λ = (k² − 2k − 29)/(5k + 1)，T = (5λ, 3λ)。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(ii) TV ⊥ RS ⇒ ∠SVT = 90°，S、T、U、V 共圓 ⇒ ST 是直徑 ⇒ ∠SUT = 90° ⇒ US · UT = 0：(k + 7)(5λ + 5) − 8(3λ − 5) = 0 ⇒ λ(5k + 11) = −(5k + 75)。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代入 λ：5k³ + 26k² + 213k − 244 = 0 ⇒ (k − 1)(5k² + 31k + 244) = 0 ⇒ k = 1（另一因式無實根）。驗算：k = 1 時 T = (−25, −15)。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(ii) k = 1</w:t>
      </w:r>
    </w:p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8E1"/>
          </w:tcPr>
          <w:p>
            <w:r/>
            <w:r>
              <w:rPr>
                <w:rFonts w:ascii="Microsoft JhengHei" w:hAnsi="Microsoft JhengHei" w:eastAsia="Microsoft JhengHei"/>
                <w:b/>
                <w:color w:val="B24A00"/>
                <w:sz w:val="21"/>
              </w:rPr>
              <w:t>【2025 卷一 Q19(b)　內切圓 + 外接圓】</w:t>
            </w:r>
          </w:p>
          <w:p>
            <w:r>
              <w:rPr>
                <w:rFonts w:ascii="Microsoft JhengHei" w:hAnsi="Microsoft JhengHei" w:eastAsia="Microsoft JhengHei"/>
                <w:b/>
                <w:sz w:val="20"/>
              </w:rPr>
              <w:t>題目撮要：</w:t>
            </w:r>
            <w:r>
              <w:rPr>
                <w:rFonts w:ascii="Microsoft JhengHei" w:hAnsi="Microsoft JhengHei" w:eastAsia="Microsoft JhengHei"/>
                <w:b w:val="0"/>
                <w:sz w:val="20"/>
              </w:rPr>
              <w:t>L：4x − 3y + 83 = 0；C：x² + y² + ax − 2y + b = 0（a, b &gt; 0）通過 (−10, 9) 並與 L 相切。P(−20, 1)，Q 在 L 下方，PQ 切 C 且 PQ = 25，I 為 C 的圓心。(i) 求 cos∠IPQ；(ii) 求 IQ；(iii) R 在 L 上使 C 為 △PQR 的內切圓，外接圓半徑為 r，有人說 r &gt; PQ，是否正確？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Microsoft JhengHei" w:hAnsi="Microsoft JhengHei" w:eastAsia="Microsoft JhengHei"/>
          <w:b/>
        </w:rPr>
        <w:t>解題步驟：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(a) 部分得 a = 20、b = 37 ⇒ I = (−10, 1)，半徑 8。PI = 10，由 P 出發的切線長 = √(100 − 64) = 6。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(i) cos∠IPQ = 6/10 = </w:t>
      </w:r>
      <w:r>
        <w:rPr>
          <w:rFonts w:ascii="Microsoft JhengHei" w:hAnsi="Microsoft JhengHei" w:eastAsia="Microsoft JhengHei"/>
          <w:b/>
        </w:rPr>
        <w:t>3/5</w:t>
      </w:r>
      <w:r>
        <w:rPr>
          <w:rFonts w:ascii="Microsoft JhengHei" w:hAnsi="Microsoft JhengHei" w:eastAsia="Microsoft JhengHei"/>
          <w:b w:val="0"/>
        </w:rPr>
        <w:t>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 xml:space="preserve">(ii) 餘弦定理：IQ² = 10² + 25² − 2(10)(25)(3/5) = 425 ⇒ IQ = </w:t>
      </w:r>
      <w:r>
        <w:rPr>
          <w:rFonts w:ascii="Microsoft JhengHei" w:hAnsi="Microsoft JhengHei" w:eastAsia="Microsoft JhengHei"/>
          <w:b/>
        </w:rPr>
        <w:t>5√17</w:t>
      </w:r>
      <w:r>
        <w:rPr>
          <w:rFonts w:ascii="Microsoft JhengHei" w:hAnsi="Microsoft JhengHei" w:eastAsia="Microsoft JhengHei"/>
          <w:b w:val="0"/>
        </w:rPr>
        <w:t>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(iii) ∠QPR = 2∠IPQ ⇒ sin∠QPR = 2 × (4/5)(3/5) = 24/25。切線長：P 為 6，Q 為 25 − 6 = 19，R 設為 x。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面積兩種寫法：8 × (6 + 19 + x) = ½ × 25 × (6 + x) × 24/25 ⇒ 200 + 8x = 72 + 12x ⇒ x = 32 ⇒ QR = 51。</w:t>
      </w:r>
    </w:p>
    <w:p>
      <w:pPr>
        <w:spacing w:after="40"/>
        <w:ind w:left="340"/>
      </w:pPr>
      <w:r>
        <w:rPr>
          <w:rFonts w:ascii="Microsoft JhengHei" w:hAnsi="Microsoft JhengHei" w:eastAsia="Microsoft JhengHei"/>
          <w:b w:val="0"/>
        </w:rPr>
        <w:t>正弦定理：r = QR ÷ (2 sin∠QPR) = 51 × 25/48 ≈ 26.6 &gt; 25。</w:t>
      </w:r>
    </w:p>
    <w:p>
      <w:pPr>
        <w:spacing w:after="60"/>
      </w:pPr>
      <w:r>
        <w:rPr>
          <w:rFonts w:ascii="Microsoft JhengHei" w:hAnsi="Microsoft JhengHei" w:eastAsia="Microsoft JhengHei"/>
          <w:b/>
        </w:rPr>
        <w:t>答案：</w:t>
      </w:r>
      <w:r>
        <w:rPr>
          <w:rFonts w:ascii="Microsoft JhengHei" w:hAnsi="Microsoft JhengHei" w:eastAsia="Microsoft JhengHei"/>
          <w:b w:val="0"/>
        </w:rPr>
        <w:t>(i) 3/5；(ii) 5√17；(iii) 正確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</w:rPr>
        <w:t>💡 內切圓題常用：切線長相等 + 面積 = r × 半周界 + 正弦定理 R = a/(2 sin A)。</w:t>
      </w:r>
    </w:p>
    <w:p>
      <w:pPr>
        <w:spacing w:after="40"/>
      </w:pPr>
    </w:p>
    <w:p>
      <w:pPr>
        <w:pStyle w:val="Heading1"/>
      </w:pPr>
      <w:r>
        <w:rPr>
          <w:rFonts w:ascii="Microsoft JhengHei" w:hAnsi="Microsoft JhengHei" w:eastAsia="Microsoft JhengHei"/>
        </w:rPr>
        <w:t>5. 常見錯誤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551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8"/>
              </w:rPr>
              <w:t>錯誤</w:t>
            </w:r>
          </w:p>
        </w:tc>
        <w:tc>
          <w:tcPr>
            <w:tcW w:type="dxa" w:w="4252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8"/>
              </w:rPr>
              <w:t>正確做法／提醒</w:t>
            </w:r>
          </w:p>
        </w:tc>
        <w:tc>
          <w:tcPr>
            <w:tcW w:type="dxa" w:w="2835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8"/>
              </w:rPr>
              <w:t>出處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混淆四心（例如題目問外心，卻用形心公式）</w:t>
            </w:r>
          </w:p>
        </w:tc>
        <w:tc>
          <w:tcPr>
            <w:tcW w:type="dxa" w:w="425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先圈出題目中的「centroid / orthocentre / circumcentre / in-centre」，再決定方法。</w:t>
            </w:r>
          </w:p>
        </w:tc>
        <w:tc>
          <w:tcPr>
            <w:tcW w:type="dxa" w:w="28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2022 P2 Q41 考評報告：很多考生誤以為是形心而選 C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以為所有中心都在三角形內</w:t>
            </w:r>
          </w:p>
        </w:tc>
        <w:tc>
          <w:tcPr>
            <w:tcW w:type="dxa" w:w="425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只有形心、內心永遠在內；鈍角三角形的垂心、外心在外。</w:t>
            </w:r>
          </w:p>
        </w:tc>
        <w:tc>
          <w:tcPr>
            <w:tcW w:type="dxa" w:w="28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2019 P2 Q41、2024 P2 Q41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直角三角形仍然慢慢聯立</w:t>
            </w:r>
          </w:p>
        </w:tc>
        <w:tc>
          <w:tcPr>
            <w:tcW w:type="dxa" w:w="425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垂心 = 直角頂點；外心 = 斜邊中點；內心 = (r, r)（直角在原點時）。</w:t>
            </w:r>
          </w:p>
        </w:tc>
        <w:tc>
          <w:tcPr>
            <w:tcW w:type="dxa" w:w="28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2013 P2 Q43、2017 P2 Q41、2022 P2 Q41、2025 P2 Q41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內心與外心的「等距」搞反</w:t>
            </w:r>
          </w:p>
        </w:tc>
        <w:tc>
          <w:tcPr>
            <w:tcW w:type="dxa" w:w="425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外心：到三個</w:t>
            </w:r>
            <w:r>
              <w:rPr>
                <w:rFonts w:ascii="Microsoft JhengHei" w:hAnsi="Microsoft JhengHei" w:eastAsia="Microsoft JhengHei"/>
                <w:b/>
                <w:sz w:val="18"/>
              </w:rPr>
              <w:t>頂點</w:t>
            </w:r>
            <w:r>
              <w:rPr>
                <w:rFonts w:ascii="Microsoft JhengHei" w:hAnsi="Microsoft JhengHei" w:eastAsia="Microsoft JhengHei"/>
                <w:b w:val="0"/>
                <w:sz w:val="18"/>
              </w:rPr>
              <w:t>等距；內心：到三條</w:t>
            </w:r>
            <w:r>
              <w:rPr>
                <w:rFonts w:ascii="Microsoft JhengHei" w:hAnsi="Microsoft JhengHei" w:eastAsia="Microsoft JhengHei"/>
                <w:b/>
                <w:sz w:val="18"/>
              </w:rPr>
              <w:t>邊</w:t>
            </w:r>
            <w:r>
              <w:rPr>
                <w:rFonts w:ascii="Microsoft JhengHei" w:hAnsi="Microsoft JhengHei" w:eastAsia="Microsoft JhengHei"/>
                <w:b w:val="0"/>
                <w:sz w:val="18"/>
              </w:rPr>
              <w:t>等距（用點到直線距離公式）。</w:t>
            </w:r>
          </w:p>
        </w:tc>
        <w:tc>
          <w:tcPr>
            <w:tcW w:type="dxa" w:w="28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2020 P2 Q40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角平分線方程有兩條，選錯</w:t>
            </w:r>
          </w:p>
        </w:tc>
        <w:tc>
          <w:tcPr>
            <w:tcW w:type="dxa" w:w="425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|…|/√… = |…|/√… 會得出內角及外角平分線，要用「內心在三角形內」或草圖剔除。</w:t>
            </w:r>
          </w:p>
        </w:tc>
        <w:tc>
          <w:tcPr>
            <w:tcW w:type="dxa" w:w="28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2020 P2 Q40（a = 11 要捨去）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內心加權公式用錯邊</w:t>
            </w:r>
          </w:p>
        </w:tc>
        <w:tc>
          <w:tcPr>
            <w:tcW w:type="dxa" w:w="425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I = (aA + bB + cC)/(a + b + c)，a 是 A 的</w:t>
            </w:r>
            <w:r>
              <w:rPr>
                <w:rFonts w:ascii="Microsoft JhengHei" w:hAnsi="Microsoft JhengHei" w:eastAsia="Microsoft JhengHei"/>
                <w:b/>
                <w:sz w:val="18"/>
              </w:rPr>
              <w:t>對邊</w:t>
            </w:r>
            <w:r>
              <w:rPr>
                <w:rFonts w:ascii="Microsoft JhengHei" w:hAnsi="Microsoft JhengHei" w:eastAsia="Microsoft JhengHei"/>
                <w:b w:val="0"/>
                <w:sz w:val="18"/>
              </w:rPr>
              <w:t>，不是鄰邊（只作檢查用）。</w:t>
            </w:r>
          </w:p>
        </w:tc>
        <w:tc>
          <w:tcPr>
            <w:tcW w:type="dxa" w:w="28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2023 P1 Q19(b)(iii)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看不出等腰三角形的對稱</w:t>
            </w:r>
          </w:p>
        </w:tc>
        <w:tc>
          <w:tcPr>
            <w:tcW w:type="dxa" w:w="425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兩邊相等 ⇒ 四心共線於對稱軸；對稱軸通過頂角頂點及底邊中點。</w:t>
            </w:r>
          </w:p>
        </w:tc>
        <w:tc>
          <w:tcPr>
            <w:tcW w:type="dxa" w:w="28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2016 P1 Q20、2023 P1 Q19、2024 P2 Q41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內切圓題只懂代公式</w:t>
            </w:r>
          </w:p>
        </w:tc>
        <w:tc>
          <w:tcPr>
            <w:tcW w:type="dxa" w:w="425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切線 ⊥ 半徑、切線長相等、圓心與頂點連線平分該角。</w:t>
            </w:r>
          </w:p>
        </w:tc>
        <w:tc>
          <w:tcPr>
            <w:tcW w:type="dxa" w:w="28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2022 P1 Q19 考評報告：多數考生未能用切線性質求內切圓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外點 + 兩切線的外接圓</w:t>
            </w:r>
          </w:p>
        </w:tc>
        <w:tc>
          <w:tcPr>
            <w:tcW w:type="dxa" w:w="425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外點與圓心的連線是外接圓直徑（兩個 90° 角）。</w:t>
            </w:r>
          </w:p>
        </w:tc>
        <w:tc>
          <w:tcPr>
            <w:tcW w:type="dxa" w:w="28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2022 P1 Q19(d)、2024 P1 Q17(b)(ii)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卷一只寫答案不寫理由</w:t>
            </w:r>
          </w:p>
        </w:tc>
        <w:tc>
          <w:tcPr>
            <w:tcW w:type="dxa" w:w="4252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卷一「Explain your answer」要寫出所用性質，例如「∵ 外心到各頂點等距」。</w:t>
            </w:r>
          </w:p>
        </w:tc>
        <w:tc>
          <w:tcPr>
            <w:tcW w:type="dxa" w:w="28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2015 P1 Q18(c)、2020 P1 Q17(b)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Microsoft JhengHei" w:hAnsi="Microsoft JhengHei" w:eastAsia="Microsoft JhengHei"/>
        </w:rPr>
        <w:t>6. 歷屆試題練習清單（附答案）</w:t>
      </w:r>
    </w:p>
    <w:p>
      <w:pPr>
        <w:spacing w:after="80"/>
      </w:pPr>
      <w:r>
        <w:rPr>
          <w:rFonts w:ascii="Microsoft JhengHei" w:hAnsi="Microsoft JhengHei" w:eastAsia="Microsoft JhengHei"/>
          <w:b w:val="0"/>
        </w:rPr>
        <w:t>建議先做卷二 MC 熱身，再做卷一長題。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907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8"/>
              </w:rPr>
              <w:t>年份</w:t>
            </w:r>
          </w:p>
        </w:tc>
        <w:tc>
          <w:tcPr>
            <w:tcW w:type="dxa" w:w="1814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8"/>
              </w:rPr>
              <w:t>試卷 / 題號</w:t>
            </w:r>
          </w:p>
        </w:tc>
        <w:tc>
          <w:tcPr>
            <w:tcW w:type="dxa" w:w="2381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8"/>
              </w:rPr>
              <w:t>涉及的心</w:t>
            </w:r>
          </w:p>
        </w:tc>
        <w:tc>
          <w:tcPr>
            <w:tcW w:type="dxa" w:w="4535"/>
            <w:shd w:val="clear" w:color="auto" w:fill="DCE6F1"/>
          </w:tcPr>
          <w:p>
            <w:r>
              <w:rPr>
                <w:b/>
              </w:rPr>
            </w:r>
            <w:r>
              <w:rPr>
                <w:rFonts w:ascii="Microsoft JhengHei" w:hAnsi="Microsoft JhengHei" w:eastAsia="Microsoft JhengHei"/>
                <w:b/>
                <w:sz w:val="18"/>
              </w:rPr>
              <w:t>答案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2013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P2 Q43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外心（直角）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A（6）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2014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P2 Q41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內心（圓幾何）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C（43°）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2015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P1 Q18(c)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外心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不正確（外心 y 坐標 = 1）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2015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P2 Q42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垂心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A（6）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2016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P1 Q20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內心 + 外心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OP = PQ；x² + y² − 112x + 66y = 0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2017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P2 Q41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內心（直角）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D（7 : 24）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2018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P1 Q18(b)(iii)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外心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 為 QR 中點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2018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P1 Q19(b)(ii)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內切圓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是鈍角三角形（∠F ≈ 105.8°）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2018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P2 Q40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垂心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A（−25）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2019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P1 Q17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內切圓 / 角平分線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8x − y − 60 = 0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2019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P2 Q41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四心位置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B（II only）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2020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P1 Q17(b)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外心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不存在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2020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P2 Q40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內心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D（51）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2021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P1 Q19(c)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內切圓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(x − 7)² + (y − 2k − 4)² = 9k²；可以（k = 15）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2021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P2 Q41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垂心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C（10）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2022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P1 Q19(c)(d)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內切圓 + 外接圓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(x − 128)² + (y − 52)² = 900；不同意（144 : 625）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2022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P2 Q41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外心（直角）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A（8 : 15）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2023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P1 Q19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外心 + 垂心 + 內心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共線；11 : 12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2023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P2 Q41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內心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C（k）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2024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P1 Q17(b)(ii)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外接圓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是（≈ 102.1）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2024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P2 Q41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四心綜合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A（I and II only）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2025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P1 Q18(b)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垂心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k = 1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2025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P1 Q19(b)(iii)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內切圓 + 外接圓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正確（r ≈ 26.6 &gt; 25）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2025</w:t>
            </w:r>
          </w:p>
        </w:tc>
        <w:tc>
          <w:tcPr>
            <w:tcW w:type="dxa" w:w="1814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P2 Q41</w:t>
            </w:r>
          </w:p>
        </w:tc>
        <w:tc>
          <w:tcPr>
            <w:tcW w:type="dxa" w:w="2381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內心（直角）</w:t>
            </w:r>
          </w:p>
        </w:tc>
        <w:tc>
          <w:tcPr>
            <w:tcW w:type="dxa" w:w="4535"/>
          </w:tcPr>
          <w:p>
            <w:r/>
            <w:r>
              <w:rPr>
                <w:rFonts w:ascii="Microsoft JhengHei" w:hAnsi="Microsoft JhengHei" w:eastAsia="Microsoft JhengHei"/>
                <w:b w:val="0"/>
                <w:sz w:val="18"/>
              </w:rPr>
              <w:t>C（210）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Microsoft JhengHei" w:hAnsi="Microsoft JhengHei" w:eastAsia="Microsoft JhengHei"/>
          <w:b w:val="0"/>
          <w:sz w:val="18"/>
        </w:rPr>
        <w:t>答案由本筆記重新計算，並與卷內手寫答案及評卷參考（如有）對照。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1F3A5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1F3A5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1F3A5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